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62898" w14:textId="77777777" w:rsidR="00F42F38" w:rsidRPr="008E14A2" w:rsidRDefault="00000000">
      <w:pPr>
        <w:jc w:val="center"/>
        <w:rPr>
          <w:sz w:val="36"/>
          <w:szCs w:val="36"/>
        </w:rPr>
      </w:pPr>
      <w:r w:rsidRPr="008E14A2">
        <w:rPr>
          <w:b/>
          <w:sz w:val="36"/>
          <w:szCs w:val="36"/>
        </w:rPr>
        <w:t>FORMULÁRIO DE ALTERAÇÃO DE GRADE</w:t>
      </w:r>
    </w:p>
    <w:p w14:paraId="31C0399E" w14:textId="73D6E80B" w:rsidR="00F42F38" w:rsidRPr="008E14A2" w:rsidRDefault="00000000">
      <w:pPr>
        <w:jc w:val="center"/>
        <w:rPr>
          <w:sz w:val="24"/>
          <w:szCs w:val="24"/>
        </w:rPr>
      </w:pPr>
      <w:r w:rsidRPr="008E14A2">
        <w:rPr>
          <w:i/>
          <w:sz w:val="24"/>
          <w:szCs w:val="24"/>
        </w:rPr>
        <w:t xml:space="preserve">Inclusão e exclusão de </w:t>
      </w:r>
      <w:proofErr w:type="spellStart"/>
      <w:r w:rsidRPr="008E14A2">
        <w:rPr>
          <w:i/>
          <w:sz w:val="24"/>
          <w:szCs w:val="24"/>
        </w:rPr>
        <w:t>disciplinas</w:t>
      </w:r>
      <w:proofErr w:type="spellEnd"/>
      <w:r w:rsidRPr="008E14A2">
        <w:rPr>
          <w:i/>
          <w:sz w:val="24"/>
          <w:szCs w:val="24"/>
        </w:rPr>
        <w:t xml:space="preserve"> — </w:t>
      </w:r>
      <w:proofErr w:type="spellStart"/>
      <w:r w:rsidRPr="008E14A2">
        <w:rPr>
          <w:i/>
          <w:sz w:val="24"/>
          <w:szCs w:val="24"/>
        </w:rPr>
        <w:t>Período</w:t>
      </w:r>
      <w:proofErr w:type="spellEnd"/>
      <w:r w:rsidRPr="008E14A2">
        <w:rPr>
          <w:i/>
          <w:sz w:val="24"/>
          <w:szCs w:val="24"/>
        </w:rPr>
        <w:t xml:space="preserve"> </w:t>
      </w:r>
      <w:r w:rsidR="008E14A2" w:rsidRPr="008E14A2">
        <w:rPr>
          <w:i/>
          <w:sz w:val="24"/>
          <w:szCs w:val="24"/>
        </w:rPr>
        <w:t xml:space="preserve">no </w:t>
      </w:r>
      <w:proofErr w:type="spellStart"/>
      <w:r w:rsidR="008E14A2" w:rsidRPr="008E14A2">
        <w:rPr>
          <w:i/>
          <w:sz w:val="24"/>
          <w:szCs w:val="24"/>
        </w:rPr>
        <w:t>calendário</w:t>
      </w:r>
      <w:proofErr w:type="spellEnd"/>
      <w:r w:rsidR="008E14A2" w:rsidRPr="008E14A2">
        <w:rPr>
          <w:i/>
          <w:sz w:val="24"/>
          <w:szCs w:val="24"/>
        </w:rPr>
        <w:t xml:space="preserve"> - </w:t>
      </w:r>
      <w:hyperlink r:id="rId6" w:history="1">
        <w:r w:rsidR="008E14A2" w:rsidRPr="008E14A2">
          <w:rPr>
            <w:rStyle w:val="Hyperlink"/>
            <w:i/>
            <w:color w:val="auto"/>
            <w:sz w:val="24"/>
            <w:szCs w:val="24"/>
          </w:rPr>
          <w:t>https://tpp-uff.com.br/calendarios/</w:t>
        </w:r>
      </w:hyperlink>
      <w:r w:rsidR="008E14A2">
        <w:rPr>
          <w:i/>
          <w:sz w:val="24"/>
          <w:szCs w:val="24"/>
        </w:rPr>
        <w:t xml:space="preserve"> </w:t>
      </w:r>
      <w:r w:rsidR="008E14A2" w:rsidRPr="008E14A2">
        <w:rPr>
          <w:i/>
          <w:sz w:val="24"/>
          <w:szCs w:val="24"/>
        </w:rPr>
        <w:t xml:space="preserve">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72"/>
      </w:tblGrid>
      <w:tr w:rsidR="00F42F38" w:rsidRPr="008E14A2" w14:paraId="63FF467C" w14:textId="77777777">
        <w:trPr>
          <w:jc w:val="center"/>
        </w:trPr>
        <w:tc>
          <w:tcPr>
            <w:tcW w:w="9972" w:type="dxa"/>
            <w:shd w:val="clear" w:color="auto" w:fill="EAF2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66F398A" w14:textId="77777777" w:rsidR="00F42F38" w:rsidRPr="008E14A2" w:rsidRDefault="00000000">
            <w:pPr>
              <w:jc w:val="both"/>
            </w:pPr>
            <w:r w:rsidRPr="008E14A2">
              <w:rPr>
                <w:sz w:val="21"/>
              </w:rPr>
              <w:t>Finalidade: solicitar alteração de grade acadêmica, mediante ciência do orientador e disponibilidade de vagas nas disciplinas pretendidas.</w:t>
            </w:r>
          </w:p>
        </w:tc>
      </w:tr>
    </w:tbl>
    <w:p w14:paraId="58F4C97E" w14:textId="77777777" w:rsidR="00F42F38" w:rsidRPr="008E14A2" w:rsidRDefault="00000000">
      <w:r w:rsidRPr="008E14A2">
        <w:rPr>
          <w:b/>
          <w:sz w:val="24"/>
        </w:rPr>
        <w:t>1. Identificação do aluno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753"/>
        <w:gridCol w:w="6771"/>
      </w:tblGrid>
      <w:tr w:rsidR="00F42F38" w:rsidRPr="008E14A2" w14:paraId="766774A4" w14:textId="77777777" w:rsidTr="004F20DF">
        <w:trPr>
          <w:jc w:val="center"/>
        </w:trPr>
        <w:tc>
          <w:tcPr>
            <w:tcW w:w="2753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1E2BE37" w14:textId="21EB4A0D" w:rsidR="00F42F38" w:rsidRPr="008E14A2" w:rsidRDefault="00000000">
            <w:pPr>
              <w:rPr>
                <w:sz w:val="24"/>
                <w:szCs w:val="24"/>
              </w:rPr>
            </w:pPr>
            <w:r w:rsidRPr="008E14A2">
              <w:rPr>
                <w:b/>
                <w:sz w:val="24"/>
                <w:szCs w:val="24"/>
              </w:rPr>
              <w:t xml:space="preserve">Nome </w:t>
            </w:r>
            <w:proofErr w:type="spellStart"/>
            <w:r w:rsidR="008E14A2">
              <w:rPr>
                <w:b/>
                <w:sz w:val="24"/>
                <w:szCs w:val="24"/>
              </w:rPr>
              <w:t>C</w:t>
            </w:r>
            <w:r w:rsidRPr="008E14A2">
              <w:rPr>
                <w:b/>
                <w:sz w:val="24"/>
                <w:szCs w:val="24"/>
              </w:rPr>
              <w:t>ompleto</w:t>
            </w:r>
            <w:proofErr w:type="spellEnd"/>
          </w:p>
        </w:tc>
        <w:tc>
          <w:tcPr>
            <w:tcW w:w="677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2A81CD9" w14:textId="77777777" w:rsidR="00F42F38" w:rsidRPr="008E14A2" w:rsidRDefault="00000000">
            <w:r w:rsidRPr="008E14A2">
              <w:t xml:space="preserve"> </w:t>
            </w:r>
          </w:p>
        </w:tc>
      </w:tr>
      <w:tr w:rsidR="00F42F38" w:rsidRPr="008E14A2" w14:paraId="1CA9356C" w14:textId="77777777" w:rsidTr="004F20DF">
        <w:trPr>
          <w:jc w:val="center"/>
        </w:trPr>
        <w:tc>
          <w:tcPr>
            <w:tcW w:w="2753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9F2A02D" w14:textId="77777777" w:rsidR="00F42F38" w:rsidRPr="008E14A2" w:rsidRDefault="00000000">
            <w:pPr>
              <w:rPr>
                <w:sz w:val="24"/>
                <w:szCs w:val="24"/>
              </w:rPr>
            </w:pPr>
            <w:r w:rsidRPr="008E14A2">
              <w:rPr>
                <w:b/>
                <w:sz w:val="24"/>
                <w:szCs w:val="24"/>
              </w:rPr>
              <w:t>Matrícula</w:t>
            </w:r>
          </w:p>
        </w:tc>
        <w:tc>
          <w:tcPr>
            <w:tcW w:w="677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BF7CE10" w14:textId="77777777" w:rsidR="00F42F38" w:rsidRPr="008E14A2" w:rsidRDefault="00000000">
            <w:r w:rsidRPr="008E14A2">
              <w:t xml:space="preserve"> </w:t>
            </w:r>
          </w:p>
        </w:tc>
      </w:tr>
      <w:tr w:rsidR="00F42F38" w:rsidRPr="008E14A2" w14:paraId="0FB55FBB" w14:textId="77777777" w:rsidTr="004F20DF">
        <w:trPr>
          <w:jc w:val="center"/>
        </w:trPr>
        <w:tc>
          <w:tcPr>
            <w:tcW w:w="2753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2734295" w14:textId="77777777" w:rsidR="00F42F38" w:rsidRPr="008E14A2" w:rsidRDefault="00000000">
            <w:pPr>
              <w:rPr>
                <w:sz w:val="24"/>
                <w:szCs w:val="24"/>
              </w:rPr>
            </w:pPr>
            <w:r w:rsidRPr="008E14A2">
              <w:rPr>
                <w:b/>
                <w:sz w:val="24"/>
                <w:szCs w:val="24"/>
              </w:rPr>
              <w:t>Data da solicitação</w:t>
            </w:r>
          </w:p>
        </w:tc>
        <w:tc>
          <w:tcPr>
            <w:tcW w:w="677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ACE1982" w14:textId="77777777" w:rsidR="00F42F38" w:rsidRPr="008E14A2" w:rsidRDefault="00000000">
            <w:r w:rsidRPr="008E14A2">
              <w:t xml:space="preserve"> </w:t>
            </w:r>
          </w:p>
        </w:tc>
      </w:tr>
      <w:tr w:rsidR="004F20DF" w:rsidRPr="008E14A2" w14:paraId="5E9FEDD5" w14:textId="77777777" w:rsidTr="004F20DF">
        <w:trPr>
          <w:jc w:val="center"/>
        </w:trPr>
        <w:tc>
          <w:tcPr>
            <w:tcW w:w="2753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76426F0" w14:textId="5A45A4FB" w:rsidR="004F20DF" w:rsidRPr="008E14A2" w:rsidRDefault="004F20DF">
            <w:pPr>
              <w:rPr>
                <w:b/>
                <w:sz w:val="24"/>
                <w:szCs w:val="24"/>
              </w:rPr>
            </w:pPr>
            <w:proofErr w:type="spellStart"/>
            <w:r w:rsidRPr="008E14A2">
              <w:rPr>
                <w:b/>
                <w:sz w:val="24"/>
                <w:szCs w:val="24"/>
              </w:rPr>
              <w:t>Mestrando</w:t>
            </w:r>
            <w:proofErr w:type="spellEnd"/>
            <w:r w:rsidR="008E14A2">
              <w:rPr>
                <w:b/>
                <w:sz w:val="24"/>
                <w:szCs w:val="24"/>
              </w:rPr>
              <w:t xml:space="preserve"> (M</w:t>
            </w:r>
            <w:proofErr w:type="gramStart"/>
            <w:r w:rsidR="008E14A2">
              <w:rPr>
                <w:b/>
                <w:sz w:val="24"/>
                <w:szCs w:val="24"/>
              </w:rPr>
              <w:t xml:space="preserve">) </w:t>
            </w:r>
            <w:r w:rsidRPr="008E14A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E14A2">
              <w:rPr>
                <w:b/>
                <w:sz w:val="24"/>
                <w:szCs w:val="24"/>
              </w:rPr>
              <w:t>ou</w:t>
            </w:r>
            <w:proofErr w:type="spellEnd"/>
            <w:proofErr w:type="gramEnd"/>
            <w:r w:rsidRPr="008E14A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E14A2">
              <w:rPr>
                <w:b/>
                <w:sz w:val="24"/>
                <w:szCs w:val="24"/>
              </w:rPr>
              <w:t>doutorando</w:t>
            </w:r>
            <w:proofErr w:type="spellEnd"/>
            <w:r w:rsidR="008E14A2">
              <w:rPr>
                <w:b/>
                <w:sz w:val="24"/>
                <w:szCs w:val="24"/>
              </w:rPr>
              <w:t xml:space="preserve"> (D)</w:t>
            </w:r>
          </w:p>
        </w:tc>
        <w:tc>
          <w:tcPr>
            <w:tcW w:w="677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836852C" w14:textId="77777777" w:rsidR="004F20DF" w:rsidRPr="008E14A2" w:rsidRDefault="004F20DF"/>
        </w:tc>
      </w:tr>
    </w:tbl>
    <w:p w14:paraId="204D4C50" w14:textId="77777777" w:rsidR="00F42F38" w:rsidRPr="008E14A2" w:rsidRDefault="00F42F38"/>
    <w:p w14:paraId="507559F3" w14:textId="77777777" w:rsidR="00F42F38" w:rsidRPr="008E14A2" w:rsidRDefault="00000000">
      <w:r w:rsidRPr="008E14A2">
        <w:rPr>
          <w:b/>
          <w:sz w:val="24"/>
        </w:rPr>
        <w:t>2. Disciplinas a</w:t>
      </w:r>
      <w:r w:rsidRPr="008E14A2">
        <w:rPr>
          <w:b/>
          <w:sz w:val="36"/>
          <w:szCs w:val="36"/>
        </w:rPr>
        <w:t xml:space="preserve"> incluir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684"/>
        <w:gridCol w:w="6521"/>
        <w:gridCol w:w="2628"/>
      </w:tblGrid>
      <w:tr w:rsidR="00C4426B" w:rsidRPr="008E14A2" w14:paraId="2D75F104" w14:textId="77777777" w:rsidTr="00C4426B">
        <w:trPr>
          <w:tblHeader/>
          <w:jc w:val="center"/>
        </w:trPr>
        <w:tc>
          <w:tcPr>
            <w:tcW w:w="596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108A4A8" w14:textId="77777777" w:rsidR="00C4426B" w:rsidRPr="008E14A2" w:rsidRDefault="00C4426B">
            <w:pPr>
              <w:jc w:val="center"/>
              <w:rPr>
                <w:sz w:val="24"/>
                <w:szCs w:val="24"/>
              </w:rPr>
            </w:pPr>
            <w:r w:rsidRPr="008E14A2">
              <w:rPr>
                <w:b/>
                <w:sz w:val="24"/>
                <w:szCs w:val="24"/>
              </w:rPr>
              <w:t>Item</w:t>
            </w:r>
          </w:p>
        </w:tc>
        <w:tc>
          <w:tcPr>
            <w:tcW w:w="6521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3A191A8" w14:textId="77777777" w:rsidR="00C4426B" w:rsidRPr="008E14A2" w:rsidRDefault="00C4426B">
            <w:pPr>
              <w:jc w:val="center"/>
              <w:rPr>
                <w:sz w:val="24"/>
                <w:szCs w:val="24"/>
              </w:rPr>
            </w:pPr>
            <w:r w:rsidRPr="008E14A2">
              <w:rPr>
                <w:b/>
                <w:sz w:val="24"/>
                <w:szCs w:val="24"/>
              </w:rPr>
              <w:t>Código / disciplina</w:t>
            </w:r>
          </w:p>
        </w:tc>
        <w:tc>
          <w:tcPr>
            <w:tcW w:w="2628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85D9E97" w14:textId="4C08D44C" w:rsidR="00C4426B" w:rsidRPr="008E14A2" w:rsidRDefault="008E14A2">
            <w:pPr>
              <w:jc w:val="center"/>
              <w:rPr>
                <w:sz w:val="24"/>
                <w:szCs w:val="24"/>
              </w:rPr>
            </w:pPr>
            <w:r w:rsidRPr="008E14A2">
              <w:rPr>
                <w:b/>
                <w:sz w:val="24"/>
                <w:szCs w:val="24"/>
              </w:rPr>
              <w:t xml:space="preserve">Dia da Semana </w:t>
            </w:r>
            <w:r w:rsidR="00C4426B" w:rsidRPr="008E14A2">
              <w:rPr>
                <w:b/>
                <w:sz w:val="24"/>
                <w:szCs w:val="24"/>
              </w:rPr>
              <w:t xml:space="preserve">/ </w:t>
            </w:r>
            <w:proofErr w:type="spellStart"/>
            <w:r w:rsidR="00C4426B" w:rsidRPr="008E14A2">
              <w:rPr>
                <w:b/>
                <w:sz w:val="24"/>
                <w:szCs w:val="24"/>
              </w:rPr>
              <w:t>horário</w:t>
            </w:r>
            <w:proofErr w:type="spellEnd"/>
          </w:p>
        </w:tc>
      </w:tr>
      <w:tr w:rsidR="00C4426B" w:rsidRPr="008E14A2" w14:paraId="353DF501" w14:textId="77777777" w:rsidTr="00C4426B">
        <w:trPr>
          <w:jc w:val="center"/>
        </w:trPr>
        <w:tc>
          <w:tcPr>
            <w:tcW w:w="596" w:type="dxa"/>
            <w:tcMar>
              <w:top w:w="120" w:type="dxa"/>
              <w:left w:w="110" w:type="dxa"/>
              <w:bottom w:w="120" w:type="dxa"/>
              <w:right w:w="110" w:type="dxa"/>
            </w:tcMar>
            <w:vAlign w:val="center"/>
          </w:tcPr>
          <w:p w14:paraId="20ABFD5F" w14:textId="77777777" w:rsidR="00C4426B" w:rsidRPr="008E14A2" w:rsidRDefault="00C4426B">
            <w:pPr>
              <w:jc w:val="center"/>
            </w:pPr>
            <w:r w:rsidRPr="008E14A2">
              <w:t>1</w:t>
            </w:r>
          </w:p>
        </w:tc>
        <w:tc>
          <w:tcPr>
            <w:tcW w:w="6521" w:type="dxa"/>
            <w:tcMar>
              <w:top w:w="120" w:type="dxa"/>
              <w:left w:w="110" w:type="dxa"/>
              <w:bottom w:w="120" w:type="dxa"/>
              <w:right w:w="110" w:type="dxa"/>
            </w:tcMar>
            <w:vAlign w:val="center"/>
          </w:tcPr>
          <w:p w14:paraId="0123F3F7" w14:textId="77777777" w:rsidR="00C4426B" w:rsidRPr="008E14A2" w:rsidRDefault="00C4426B">
            <w:r w:rsidRPr="008E14A2">
              <w:br/>
            </w:r>
          </w:p>
        </w:tc>
        <w:tc>
          <w:tcPr>
            <w:tcW w:w="2628" w:type="dxa"/>
            <w:tcMar>
              <w:top w:w="120" w:type="dxa"/>
              <w:left w:w="110" w:type="dxa"/>
              <w:bottom w:w="120" w:type="dxa"/>
              <w:right w:w="110" w:type="dxa"/>
            </w:tcMar>
            <w:vAlign w:val="center"/>
          </w:tcPr>
          <w:p w14:paraId="5B530506" w14:textId="77777777" w:rsidR="00C4426B" w:rsidRPr="008E14A2" w:rsidRDefault="00C4426B">
            <w:r w:rsidRPr="008E14A2">
              <w:br/>
            </w:r>
          </w:p>
        </w:tc>
      </w:tr>
      <w:tr w:rsidR="00C4426B" w:rsidRPr="008E14A2" w14:paraId="7F61D770" w14:textId="77777777" w:rsidTr="00C4426B">
        <w:trPr>
          <w:jc w:val="center"/>
        </w:trPr>
        <w:tc>
          <w:tcPr>
            <w:tcW w:w="596" w:type="dxa"/>
            <w:tcMar>
              <w:top w:w="120" w:type="dxa"/>
              <w:left w:w="110" w:type="dxa"/>
              <w:bottom w:w="120" w:type="dxa"/>
              <w:right w:w="110" w:type="dxa"/>
            </w:tcMar>
            <w:vAlign w:val="center"/>
          </w:tcPr>
          <w:p w14:paraId="24ECE94D" w14:textId="77777777" w:rsidR="00C4426B" w:rsidRPr="008E14A2" w:rsidRDefault="00C4426B">
            <w:pPr>
              <w:jc w:val="center"/>
            </w:pPr>
            <w:r w:rsidRPr="008E14A2">
              <w:t>2</w:t>
            </w:r>
          </w:p>
        </w:tc>
        <w:tc>
          <w:tcPr>
            <w:tcW w:w="6521" w:type="dxa"/>
            <w:tcMar>
              <w:top w:w="120" w:type="dxa"/>
              <w:left w:w="110" w:type="dxa"/>
              <w:bottom w:w="120" w:type="dxa"/>
              <w:right w:w="110" w:type="dxa"/>
            </w:tcMar>
            <w:vAlign w:val="center"/>
          </w:tcPr>
          <w:p w14:paraId="2FBF02D2" w14:textId="77777777" w:rsidR="00C4426B" w:rsidRPr="008E14A2" w:rsidRDefault="00C4426B">
            <w:r w:rsidRPr="008E14A2">
              <w:br/>
            </w:r>
          </w:p>
        </w:tc>
        <w:tc>
          <w:tcPr>
            <w:tcW w:w="2628" w:type="dxa"/>
            <w:tcMar>
              <w:top w:w="120" w:type="dxa"/>
              <w:left w:w="110" w:type="dxa"/>
              <w:bottom w:w="120" w:type="dxa"/>
              <w:right w:w="110" w:type="dxa"/>
            </w:tcMar>
            <w:vAlign w:val="center"/>
          </w:tcPr>
          <w:p w14:paraId="4DDBEF94" w14:textId="77777777" w:rsidR="00C4426B" w:rsidRPr="008E14A2" w:rsidRDefault="00C4426B">
            <w:r w:rsidRPr="008E14A2">
              <w:br/>
            </w:r>
          </w:p>
        </w:tc>
      </w:tr>
      <w:tr w:rsidR="00C4426B" w:rsidRPr="008E14A2" w14:paraId="4B334F9D" w14:textId="77777777" w:rsidTr="00C4426B">
        <w:trPr>
          <w:jc w:val="center"/>
        </w:trPr>
        <w:tc>
          <w:tcPr>
            <w:tcW w:w="596" w:type="dxa"/>
            <w:tcMar>
              <w:top w:w="120" w:type="dxa"/>
              <w:left w:w="110" w:type="dxa"/>
              <w:bottom w:w="120" w:type="dxa"/>
              <w:right w:w="110" w:type="dxa"/>
            </w:tcMar>
            <w:vAlign w:val="center"/>
          </w:tcPr>
          <w:p w14:paraId="6792E2FD" w14:textId="77777777" w:rsidR="00C4426B" w:rsidRPr="008E14A2" w:rsidRDefault="00C4426B">
            <w:pPr>
              <w:jc w:val="center"/>
            </w:pPr>
            <w:r w:rsidRPr="008E14A2">
              <w:t>3</w:t>
            </w:r>
          </w:p>
        </w:tc>
        <w:tc>
          <w:tcPr>
            <w:tcW w:w="6521" w:type="dxa"/>
            <w:tcMar>
              <w:top w:w="120" w:type="dxa"/>
              <w:left w:w="110" w:type="dxa"/>
              <w:bottom w:w="120" w:type="dxa"/>
              <w:right w:w="110" w:type="dxa"/>
            </w:tcMar>
            <w:vAlign w:val="center"/>
          </w:tcPr>
          <w:p w14:paraId="091AF521" w14:textId="77777777" w:rsidR="00C4426B" w:rsidRPr="008E14A2" w:rsidRDefault="00C4426B">
            <w:r w:rsidRPr="008E14A2">
              <w:br/>
            </w:r>
          </w:p>
        </w:tc>
        <w:tc>
          <w:tcPr>
            <w:tcW w:w="2628" w:type="dxa"/>
            <w:tcMar>
              <w:top w:w="120" w:type="dxa"/>
              <w:left w:w="110" w:type="dxa"/>
              <w:bottom w:w="120" w:type="dxa"/>
              <w:right w:w="110" w:type="dxa"/>
            </w:tcMar>
            <w:vAlign w:val="center"/>
          </w:tcPr>
          <w:p w14:paraId="6A3AB812" w14:textId="77777777" w:rsidR="00C4426B" w:rsidRPr="008E14A2" w:rsidRDefault="00C4426B">
            <w:r w:rsidRPr="008E14A2">
              <w:br/>
            </w:r>
          </w:p>
        </w:tc>
      </w:tr>
      <w:tr w:rsidR="00C4426B" w:rsidRPr="008E14A2" w14:paraId="5C024B18" w14:textId="77777777" w:rsidTr="00C4426B">
        <w:trPr>
          <w:jc w:val="center"/>
        </w:trPr>
        <w:tc>
          <w:tcPr>
            <w:tcW w:w="596" w:type="dxa"/>
            <w:tcMar>
              <w:top w:w="120" w:type="dxa"/>
              <w:left w:w="110" w:type="dxa"/>
              <w:bottom w:w="120" w:type="dxa"/>
              <w:right w:w="110" w:type="dxa"/>
            </w:tcMar>
            <w:vAlign w:val="center"/>
          </w:tcPr>
          <w:p w14:paraId="0A821394" w14:textId="77777777" w:rsidR="00C4426B" w:rsidRPr="008E14A2" w:rsidRDefault="00C4426B">
            <w:pPr>
              <w:jc w:val="center"/>
            </w:pPr>
            <w:r w:rsidRPr="008E14A2">
              <w:t>4</w:t>
            </w:r>
          </w:p>
        </w:tc>
        <w:tc>
          <w:tcPr>
            <w:tcW w:w="6521" w:type="dxa"/>
            <w:tcMar>
              <w:top w:w="120" w:type="dxa"/>
              <w:left w:w="110" w:type="dxa"/>
              <w:bottom w:w="120" w:type="dxa"/>
              <w:right w:w="110" w:type="dxa"/>
            </w:tcMar>
            <w:vAlign w:val="center"/>
          </w:tcPr>
          <w:p w14:paraId="3B35CA91" w14:textId="77777777" w:rsidR="00C4426B" w:rsidRPr="008E14A2" w:rsidRDefault="00C4426B">
            <w:r w:rsidRPr="008E14A2">
              <w:br/>
            </w:r>
          </w:p>
        </w:tc>
        <w:tc>
          <w:tcPr>
            <w:tcW w:w="2628" w:type="dxa"/>
            <w:tcMar>
              <w:top w:w="120" w:type="dxa"/>
              <w:left w:w="110" w:type="dxa"/>
              <w:bottom w:w="120" w:type="dxa"/>
              <w:right w:w="110" w:type="dxa"/>
            </w:tcMar>
            <w:vAlign w:val="center"/>
          </w:tcPr>
          <w:p w14:paraId="19A8E030" w14:textId="77777777" w:rsidR="00C4426B" w:rsidRPr="008E14A2" w:rsidRDefault="00C4426B">
            <w:r w:rsidRPr="008E14A2">
              <w:br/>
            </w:r>
          </w:p>
        </w:tc>
      </w:tr>
      <w:tr w:rsidR="00C4426B" w:rsidRPr="008E14A2" w14:paraId="2540AE85" w14:textId="77777777" w:rsidTr="00C4426B">
        <w:trPr>
          <w:jc w:val="center"/>
        </w:trPr>
        <w:tc>
          <w:tcPr>
            <w:tcW w:w="596" w:type="dxa"/>
            <w:tcMar>
              <w:top w:w="120" w:type="dxa"/>
              <w:left w:w="110" w:type="dxa"/>
              <w:bottom w:w="120" w:type="dxa"/>
              <w:right w:w="110" w:type="dxa"/>
            </w:tcMar>
            <w:vAlign w:val="center"/>
          </w:tcPr>
          <w:p w14:paraId="5F07CFD4" w14:textId="77777777" w:rsidR="00C4426B" w:rsidRPr="008E14A2" w:rsidRDefault="00C4426B">
            <w:pPr>
              <w:jc w:val="center"/>
            </w:pPr>
            <w:r w:rsidRPr="008E14A2">
              <w:t>5</w:t>
            </w:r>
          </w:p>
        </w:tc>
        <w:tc>
          <w:tcPr>
            <w:tcW w:w="6521" w:type="dxa"/>
            <w:tcMar>
              <w:top w:w="120" w:type="dxa"/>
              <w:left w:w="110" w:type="dxa"/>
              <w:bottom w:w="120" w:type="dxa"/>
              <w:right w:w="110" w:type="dxa"/>
            </w:tcMar>
            <w:vAlign w:val="center"/>
          </w:tcPr>
          <w:p w14:paraId="49BCD860" w14:textId="77777777" w:rsidR="00C4426B" w:rsidRPr="008E14A2" w:rsidRDefault="00C4426B">
            <w:r w:rsidRPr="008E14A2">
              <w:br/>
            </w:r>
          </w:p>
        </w:tc>
        <w:tc>
          <w:tcPr>
            <w:tcW w:w="2628" w:type="dxa"/>
            <w:tcMar>
              <w:top w:w="120" w:type="dxa"/>
              <w:left w:w="110" w:type="dxa"/>
              <w:bottom w:w="120" w:type="dxa"/>
              <w:right w:w="110" w:type="dxa"/>
            </w:tcMar>
            <w:vAlign w:val="center"/>
          </w:tcPr>
          <w:p w14:paraId="6CC5A4FA" w14:textId="77777777" w:rsidR="00C4426B" w:rsidRPr="008E14A2" w:rsidRDefault="00C4426B">
            <w:r w:rsidRPr="008E14A2">
              <w:br/>
            </w:r>
          </w:p>
        </w:tc>
      </w:tr>
    </w:tbl>
    <w:p w14:paraId="3D73F0AB" w14:textId="77777777" w:rsidR="00F42F38" w:rsidRPr="008E14A2" w:rsidRDefault="00F42F38"/>
    <w:p w14:paraId="23E4AD7C" w14:textId="77777777" w:rsidR="00F42F38" w:rsidRPr="008E14A2" w:rsidRDefault="00000000">
      <w:pPr>
        <w:rPr>
          <w:b/>
          <w:sz w:val="24"/>
        </w:rPr>
      </w:pPr>
      <w:r w:rsidRPr="008E14A2">
        <w:rPr>
          <w:b/>
          <w:sz w:val="24"/>
        </w:rPr>
        <w:t xml:space="preserve">3. </w:t>
      </w:r>
      <w:proofErr w:type="spellStart"/>
      <w:r w:rsidRPr="008E14A2">
        <w:rPr>
          <w:b/>
          <w:sz w:val="24"/>
        </w:rPr>
        <w:t>Disciplinas</w:t>
      </w:r>
      <w:proofErr w:type="spellEnd"/>
      <w:r w:rsidRPr="008E14A2">
        <w:rPr>
          <w:b/>
          <w:sz w:val="24"/>
        </w:rPr>
        <w:t xml:space="preserve"> a </w:t>
      </w:r>
      <w:proofErr w:type="spellStart"/>
      <w:r w:rsidRPr="008E14A2">
        <w:rPr>
          <w:b/>
          <w:sz w:val="36"/>
          <w:szCs w:val="36"/>
        </w:rPr>
        <w:t>excluir</w:t>
      </w:r>
      <w:proofErr w:type="spellEnd"/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684"/>
        <w:gridCol w:w="6521"/>
        <w:gridCol w:w="2628"/>
      </w:tblGrid>
      <w:tr w:rsidR="00C4426B" w:rsidRPr="008E14A2" w14:paraId="6382150D" w14:textId="77777777" w:rsidTr="00C4426B">
        <w:trPr>
          <w:tblHeader/>
          <w:jc w:val="center"/>
        </w:trPr>
        <w:tc>
          <w:tcPr>
            <w:tcW w:w="626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B84D186" w14:textId="77777777" w:rsidR="00C4426B" w:rsidRPr="008E14A2" w:rsidRDefault="00C4426B" w:rsidP="00FD5D76">
            <w:pPr>
              <w:jc w:val="center"/>
              <w:rPr>
                <w:sz w:val="24"/>
                <w:szCs w:val="24"/>
              </w:rPr>
            </w:pPr>
            <w:r w:rsidRPr="008E14A2">
              <w:rPr>
                <w:b/>
                <w:sz w:val="24"/>
                <w:szCs w:val="24"/>
              </w:rPr>
              <w:t>Item</w:t>
            </w:r>
          </w:p>
        </w:tc>
        <w:tc>
          <w:tcPr>
            <w:tcW w:w="6521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166E94E" w14:textId="77777777" w:rsidR="00C4426B" w:rsidRPr="008E14A2" w:rsidRDefault="00C4426B" w:rsidP="00FD5D76">
            <w:pPr>
              <w:jc w:val="center"/>
              <w:rPr>
                <w:sz w:val="24"/>
                <w:szCs w:val="24"/>
              </w:rPr>
            </w:pPr>
            <w:r w:rsidRPr="008E14A2">
              <w:rPr>
                <w:b/>
                <w:sz w:val="24"/>
                <w:szCs w:val="24"/>
              </w:rPr>
              <w:t xml:space="preserve">Código / </w:t>
            </w:r>
            <w:proofErr w:type="spellStart"/>
            <w:r w:rsidRPr="008E14A2">
              <w:rPr>
                <w:b/>
                <w:sz w:val="24"/>
                <w:szCs w:val="24"/>
              </w:rPr>
              <w:t>disciplina</w:t>
            </w:r>
            <w:proofErr w:type="spellEnd"/>
          </w:p>
        </w:tc>
        <w:tc>
          <w:tcPr>
            <w:tcW w:w="2628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4113744" w14:textId="70C59AED" w:rsidR="00C4426B" w:rsidRPr="008E14A2" w:rsidRDefault="008E14A2" w:rsidP="00FD5D76">
            <w:pPr>
              <w:jc w:val="center"/>
              <w:rPr>
                <w:sz w:val="24"/>
                <w:szCs w:val="24"/>
              </w:rPr>
            </w:pPr>
            <w:r w:rsidRPr="008E14A2">
              <w:rPr>
                <w:b/>
                <w:sz w:val="24"/>
                <w:szCs w:val="24"/>
              </w:rPr>
              <w:t>Dia da Semana</w:t>
            </w:r>
            <w:r w:rsidR="00C4426B" w:rsidRPr="008E14A2">
              <w:rPr>
                <w:b/>
                <w:sz w:val="24"/>
                <w:szCs w:val="24"/>
              </w:rPr>
              <w:t xml:space="preserve">/ </w:t>
            </w:r>
            <w:proofErr w:type="spellStart"/>
            <w:r w:rsidR="00C4426B" w:rsidRPr="008E14A2">
              <w:rPr>
                <w:b/>
                <w:sz w:val="24"/>
                <w:szCs w:val="24"/>
              </w:rPr>
              <w:t>horário</w:t>
            </w:r>
            <w:proofErr w:type="spellEnd"/>
          </w:p>
        </w:tc>
      </w:tr>
      <w:tr w:rsidR="00C4426B" w:rsidRPr="008E14A2" w14:paraId="08A3E7A4" w14:textId="77777777" w:rsidTr="00C4426B">
        <w:trPr>
          <w:jc w:val="center"/>
        </w:trPr>
        <w:tc>
          <w:tcPr>
            <w:tcW w:w="626" w:type="dxa"/>
            <w:tcMar>
              <w:top w:w="120" w:type="dxa"/>
              <w:left w:w="110" w:type="dxa"/>
              <w:bottom w:w="120" w:type="dxa"/>
              <w:right w:w="110" w:type="dxa"/>
            </w:tcMar>
            <w:vAlign w:val="center"/>
          </w:tcPr>
          <w:p w14:paraId="106E7C67" w14:textId="77777777" w:rsidR="00C4426B" w:rsidRPr="008E14A2" w:rsidRDefault="00C4426B" w:rsidP="00FD5D76">
            <w:pPr>
              <w:jc w:val="center"/>
            </w:pPr>
            <w:r w:rsidRPr="008E14A2">
              <w:t>1</w:t>
            </w:r>
          </w:p>
        </w:tc>
        <w:tc>
          <w:tcPr>
            <w:tcW w:w="6521" w:type="dxa"/>
            <w:tcMar>
              <w:top w:w="120" w:type="dxa"/>
              <w:left w:w="110" w:type="dxa"/>
              <w:bottom w:w="120" w:type="dxa"/>
              <w:right w:w="110" w:type="dxa"/>
            </w:tcMar>
            <w:vAlign w:val="center"/>
          </w:tcPr>
          <w:p w14:paraId="79A72560" w14:textId="77777777" w:rsidR="00C4426B" w:rsidRPr="008E14A2" w:rsidRDefault="00C4426B" w:rsidP="00FD5D76">
            <w:r w:rsidRPr="008E14A2">
              <w:br/>
            </w:r>
          </w:p>
        </w:tc>
        <w:tc>
          <w:tcPr>
            <w:tcW w:w="2628" w:type="dxa"/>
            <w:tcMar>
              <w:top w:w="120" w:type="dxa"/>
              <w:left w:w="110" w:type="dxa"/>
              <w:bottom w:w="120" w:type="dxa"/>
              <w:right w:w="110" w:type="dxa"/>
            </w:tcMar>
            <w:vAlign w:val="center"/>
          </w:tcPr>
          <w:p w14:paraId="1C51C94A" w14:textId="77777777" w:rsidR="00C4426B" w:rsidRPr="008E14A2" w:rsidRDefault="00C4426B" w:rsidP="00FD5D76">
            <w:r w:rsidRPr="008E14A2">
              <w:br/>
            </w:r>
          </w:p>
        </w:tc>
      </w:tr>
      <w:tr w:rsidR="00C4426B" w:rsidRPr="008E14A2" w14:paraId="338F305D" w14:textId="77777777" w:rsidTr="00C4426B">
        <w:trPr>
          <w:jc w:val="center"/>
        </w:trPr>
        <w:tc>
          <w:tcPr>
            <w:tcW w:w="626" w:type="dxa"/>
            <w:tcMar>
              <w:top w:w="120" w:type="dxa"/>
              <w:left w:w="110" w:type="dxa"/>
              <w:bottom w:w="120" w:type="dxa"/>
              <w:right w:w="110" w:type="dxa"/>
            </w:tcMar>
            <w:vAlign w:val="center"/>
          </w:tcPr>
          <w:p w14:paraId="12FA2432" w14:textId="77777777" w:rsidR="00C4426B" w:rsidRPr="008E14A2" w:rsidRDefault="00C4426B" w:rsidP="00FD5D76">
            <w:pPr>
              <w:jc w:val="center"/>
            </w:pPr>
            <w:r w:rsidRPr="008E14A2">
              <w:lastRenderedPageBreak/>
              <w:t>2</w:t>
            </w:r>
          </w:p>
        </w:tc>
        <w:tc>
          <w:tcPr>
            <w:tcW w:w="6521" w:type="dxa"/>
            <w:tcMar>
              <w:top w:w="120" w:type="dxa"/>
              <w:left w:w="110" w:type="dxa"/>
              <w:bottom w:w="120" w:type="dxa"/>
              <w:right w:w="110" w:type="dxa"/>
            </w:tcMar>
            <w:vAlign w:val="center"/>
          </w:tcPr>
          <w:p w14:paraId="214B4CAF" w14:textId="77777777" w:rsidR="00C4426B" w:rsidRPr="008E14A2" w:rsidRDefault="00C4426B" w:rsidP="00FD5D76">
            <w:r w:rsidRPr="008E14A2">
              <w:br/>
            </w:r>
          </w:p>
        </w:tc>
        <w:tc>
          <w:tcPr>
            <w:tcW w:w="2628" w:type="dxa"/>
            <w:tcMar>
              <w:top w:w="120" w:type="dxa"/>
              <w:left w:w="110" w:type="dxa"/>
              <w:bottom w:w="120" w:type="dxa"/>
              <w:right w:w="110" w:type="dxa"/>
            </w:tcMar>
            <w:vAlign w:val="center"/>
          </w:tcPr>
          <w:p w14:paraId="60C9AA17" w14:textId="77777777" w:rsidR="00C4426B" w:rsidRPr="008E14A2" w:rsidRDefault="00C4426B" w:rsidP="00FD5D76">
            <w:r w:rsidRPr="008E14A2">
              <w:br/>
            </w:r>
          </w:p>
        </w:tc>
      </w:tr>
      <w:tr w:rsidR="00C4426B" w:rsidRPr="008E14A2" w14:paraId="2494A3C8" w14:textId="77777777" w:rsidTr="00C4426B">
        <w:trPr>
          <w:jc w:val="center"/>
        </w:trPr>
        <w:tc>
          <w:tcPr>
            <w:tcW w:w="626" w:type="dxa"/>
            <w:tcMar>
              <w:top w:w="120" w:type="dxa"/>
              <w:left w:w="110" w:type="dxa"/>
              <w:bottom w:w="120" w:type="dxa"/>
              <w:right w:w="110" w:type="dxa"/>
            </w:tcMar>
            <w:vAlign w:val="center"/>
          </w:tcPr>
          <w:p w14:paraId="173F2ADE" w14:textId="77777777" w:rsidR="00C4426B" w:rsidRPr="008E14A2" w:rsidRDefault="00C4426B" w:rsidP="00FD5D76">
            <w:pPr>
              <w:jc w:val="center"/>
            </w:pPr>
            <w:r w:rsidRPr="008E14A2">
              <w:t>3</w:t>
            </w:r>
          </w:p>
        </w:tc>
        <w:tc>
          <w:tcPr>
            <w:tcW w:w="6521" w:type="dxa"/>
            <w:tcMar>
              <w:top w:w="120" w:type="dxa"/>
              <w:left w:w="110" w:type="dxa"/>
              <w:bottom w:w="120" w:type="dxa"/>
              <w:right w:w="110" w:type="dxa"/>
            </w:tcMar>
            <w:vAlign w:val="center"/>
          </w:tcPr>
          <w:p w14:paraId="6D5C3A46" w14:textId="77777777" w:rsidR="00C4426B" w:rsidRPr="008E14A2" w:rsidRDefault="00C4426B" w:rsidP="00FD5D76">
            <w:r w:rsidRPr="008E14A2">
              <w:br/>
            </w:r>
          </w:p>
        </w:tc>
        <w:tc>
          <w:tcPr>
            <w:tcW w:w="2628" w:type="dxa"/>
            <w:tcMar>
              <w:top w:w="120" w:type="dxa"/>
              <w:left w:w="110" w:type="dxa"/>
              <w:bottom w:w="120" w:type="dxa"/>
              <w:right w:w="110" w:type="dxa"/>
            </w:tcMar>
            <w:vAlign w:val="center"/>
          </w:tcPr>
          <w:p w14:paraId="06346F0B" w14:textId="77777777" w:rsidR="00C4426B" w:rsidRPr="008E14A2" w:rsidRDefault="00C4426B" w:rsidP="00FD5D76">
            <w:r w:rsidRPr="008E14A2">
              <w:br/>
            </w:r>
          </w:p>
        </w:tc>
      </w:tr>
      <w:tr w:rsidR="00C4426B" w:rsidRPr="008E14A2" w14:paraId="71DB158C" w14:textId="77777777" w:rsidTr="00C4426B">
        <w:trPr>
          <w:jc w:val="center"/>
        </w:trPr>
        <w:tc>
          <w:tcPr>
            <w:tcW w:w="626" w:type="dxa"/>
            <w:tcMar>
              <w:top w:w="120" w:type="dxa"/>
              <w:left w:w="110" w:type="dxa"/>
              <w:bottom w:w="120" w:type="dxa"/>
              <w:right w:w="110" w:type="dxa"/>
            </w:tcMar>
            <w:vAlign w:val="center"/>
          </w:tcPr>
          <w:p w14:paraId="755BFEA1" w14:textId="77777777" w:rsidR="00C4426B" w:rsidRPr="008E14A2" w:rsidRDefault="00C4426B" w:rsidP="00FD5D76">
            <w:pPr>
              <w:jc w:val="center"/>
            </w:pPr>
            <w:r w:rsidRPr="008E14A2">
              <w:t>4</w:t>
            </w:r>
          </w:p>
        </w:tc>
        <w:tc>
          <w:tcPr>
            <w:tcW w:w="6521" w:type="dxa"/>
            <w:tcMar>
              <w:top w:w="120" w:type="dxa"/>
              <w:left w:w="110" w:type="dxa"/>
              <w:bottom w:w="120" w:type="dxa"/>
              <w:right w:w="110" w:type="dxa"/>
            </w:tcMar>
            <w:vAlign w:val="center"/>
          </w:tcPr>
          <w:p w14:paraId="6544518F" w14:textId="77777777" w:rsidR="00C4426B" w:rsidRPr="008E14A2" w:rsidRDefault="00C4426B" w:rsidP="00FD5D76">
            <w:r w:rsidRPr="008E14A2">
              <w:br/>
            </w:r>
          </w:p>
        </w:tc>
        <w:tc>
          <w:tcPr>
            <w:tcW w:w="2628" w:type="dxa"/>
            <w:tcMar>
              <w:top w:w="120" w:type="dxa"/>
              <w:left w:w="110" w:type="dxa"/>
              <w:bottom w:w="120" w:type="dxa"/>
              <w:right w:w="110" w:type="dxa"/>
            </w:tcMar>
            <w:vAlign w:val="center"/>
          </w:tcPr>
          <w:p w14:paraId="08F9CA85" w14:textId="77777777" w:rsidR="00C4426B" w:rsidRPr="008E14A2" w:rsidRDefault="00C4426B" w:rsidP="00FD5D76">
            <w:r w:rsidRPr="008E14A2">
              <w:br/>
            </w:r>
          </w:p>
        </w:tc>
      </w:tr>
      <w:tr w:rsidR="00C4426B" w:rsidRPr="008E14A2" w14:paraId="2AB9C0A5" w14:textId="77777777" w:rsidTr="00C4426B">
        <w:trPr>
          <w:jc w:val="center"/>
        </w:trPr>
        <w:tc>
          <w:tcPr>
            <w:tcW w:w="626" w:type="dxa"/>
            <w:tcMar>
              <w:top w:w="120" w:type="dxa"/>
              <w:left w:w="110" w:type="dxa"/>
              <w:bottom w:w="120" w:type="dxa"/>
              <w:right w:w="110" w:type="dxa"/>
            </w:tcMar>
            <w:vAlign w:val="center"/>
          </w:tcPr>
          <w:p w14:paraId="7CD695C4" w14:textId="77777777" w:rsidR="00C4426B" w:rsidRPr="008E14A2" w:rsidRDefault="00C4426B" w:rsidP="00FD5D76">
            <w:pPr>
              <w:jc w:val="center"/>
            </w:pPr>
            <w:r w:rsidRPr="008E14A2">
              <w:t>5</w:t>
            </w:r>
          </w:p>
        </w:tc>
        <w:tc>
          <w:tcPr>
            <w:tcW w:w="6521" w:type="dxa"/>
            <w:tcMar>
              <w:top w:w="120" w:type="dxa"/>
              <w:left w:w="110" w:type="dxa"/>
              <w:bottom w:w="120" w:type="dxa"/>
              <w:right w:w="110" w:type="dxa"/>
            </w:tcMar>
            <w:vAlign w:val="center"/>
          </w:tcPr>
          <w:p w14:paraId="4F3C6E6C" w14:textId="77777777" w:rsidR="00C4426B" w:rsidRPr="008E14A2" w:rsidRDefault="00C4426B" w:rsidP="00FD5D76">
            <w:r w:rsidRPr="008E14A2">
              <w:br/>
            </w:r>
          </w:p>
        </w:tc>
        <w:tc>
          <w:tcPr>
            <w:tcW w:w="2628" w:type="dxa"/>
            <w:tcMar>
              <w:top w:w="120" w:type="dxa"/>
              <w:left w:w="110" w:type="dxa"/>
              <w:bottom w:w="120" w:type="dxa"/>
              <w:right w:w="110" w:type="dxa"/>
            </w:tcMar>
            <w:vAlign w:val="center"/>
          </w:tcPr>
          <w:p w14:paraId="5C650691" w14:textId="77777777" w:rsidR="00C4426B" w:rsidRPr="008E14A2" w:rsidRDefault="00C4426B" w:rsidP="00FD5D76">
            <w:r w:rsidRPr="008E14A2">
              <w:br/>
            </w:r>
          </w:p>
        </w:tc>
      </w:tr>
    </w:tbl>
    <w:p w14:paraId="072B0191" w14:textId="77777777" w:rsidR="00F42F38" w:rsidRPr="008E14A2" w:rsidRDefault="00F42F38"/>
    <w:p w14:paraId="17E7D844" w14:textId="77777777" w:rsidR="00F42F38" w:rsidRPr="008E14A2" w:rsidRDefault="00000000">
      <w:r w:rsidRPr="008E14A2">
        <w:rPr>
          <w:b/>
          <w:sz w:val="24"/>
        </w:rPr>
        <w:t>4. Ciência e assinaturas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981"/>
        <w:gridCol w:w="4981"/>
      </w:tblGrid>
      <w:tr w:rsidR="00F42F38" w:rsidRPr="008E14A2" w14:paraId="6ABA7ED8" w14:textId="77777777">
        <w:trPr>
          <w:jc w:val="center"/>
        </w:trPr>
        <w:tc>
          <w:tcPr>
            <w:tcW w:w="4986" w:type="dxa"/>
            <w:shd w:val="clear" w:color="auto" w:fill="D9EAF7"/>
            <w:tcMar>
              <w:top w:w="140" w:type="dxa"/>
              <w:left w:w="110" w:type="dxa"/>
              <w:bottom w:w="140" w:type="dxa"/>
              <w:right w:w="110" w:type="dxa"/>
            </w:tcMar>
            <w:vAlign w:val="center"/>
          </w:tcPr>
          <w:p w14:paraId="34607235" w14:textId="77777777" w:rsidR="00F42F38" w:rsidRPr="008E14A2" w:rsidRDefault="00000000">
            <w:pPr>
              <w:jc w:val="center"/>
              <w:rPr>
                <w:sz w:val="24"/>
                <w:szCs w:val="24"/>
              </w:rPr>
            </w:pPr>
            <w:r w:rsidRPr="008E14A2">
              <w:rPr>
                <w:b/>
                <w:sz w:val="24"/>
                <w:szCs w:val="24"/>
              </w:rPr>
              <w:t>Assinatura do aluno</w:t>
            </w:r>
          </w:p>
        </w:tc>
        <w:tc>
          <w:tcPr>
            <w:tcW w:w="4986" w:type="dxa"/>
            <w:shd w:val="clear" w:color="auto" w:fill="D9EAF7"/>
            <w:tcMar>
              <w:top w:w="140" w:type="dxa"/>
              <w:left w:w="110" w:type="dxa"/>
              <w:bottom w:w="140" w:type="dxa"/>
              <w:right w:w="110" w:type="dxa"/>
            </w:tcMar>
            <w:vAlign w:val="center"/>
          </w:tcPr>
          <w:p w14:paraId="730A3C5C" w14:textId="77777777" w:rsidR="00F42F38" w:rsidRPr="008E14A2" w:rsidRDefault="00000000">
            <w:pPr>
              <w:jc w:val="center"/>
              <w:rPr>
                <w:sz w:val="24"/>
                <w:szCs w:val="24"/>
              </w:rPr>
            </w:pPr>
            <w:r w:rsidRPr="008E14A2">
              <w:rPr>
                <w:b/>
                <w:sz w:val="24"/>
                <w:szCs w:val="24"/>
              </w:rPr>
              <w:t>Assinatura do orientador</w:t>
            </w:r>
          </w:p>
        </w:tc>
      </w:tr>
      <w:tr w:rsidR="00F42F38" w:rsidRPr="008E14A2" w14:paraId="073E53FB" w14:textId="77777777">
        <w:trPr>
          <w:jc w:val="center"/>
        </w:trPr>
        <w:tc>
          <w:tcPr>
            <w:tcW w:w="4986" w:type="dxa"/>
            <w:tcMar>
              <w:top w:w="140" w:type="dxa"/>
              <w:left w:w="110" w:type="dxa"/>
              <w:bottom w:w="140" w:type="dxa"/>
              <w:right w:w="110" w:type="dxa"/>
            </w:tcMar>
            <w:vAlign w:val="center"/>
          </w:tcPr>
          <w:p w14:paraId="03B7F342" w14:textId="77777777" w:rsidR="008E14A2" w:rsidRPr="008E14A2" w:rsidRDefault="00000000">
            <w:r w:rsidRPr="008E14A2">
              <w:br/>
            </w:r>
          </w:p>
          <w:p w14:paraId="0FA11431" w14:textId="67D57A0B" w:rsidR="00F42F38" w:rsidRPr="008E14A2" w:rsidRDefault="00000000">
            <w:r w:rsidRPr="008E14A2">
              <w:br/>
            </w:r>
          </w:p>
        </w:tc>
        <w:tc>
          <w:tcPr>
            <w:tcW w:w="4986" w:type="dxa"/>
            <w:tcMar>
              <w:top w:w="140" w:type="dxa"/>
              <w:left w:w="110" w:type="dxa"/>
              <w:bottom w:w="140" w:type="dxa"/>
              <w:right w:w="110" w:type="dxa"/>
            </w:tcMar>
            <w:vAlign w:val="center"/>
          </w:tcPr>
          <w:p w14:paraId="3190489C" w14:textId="77777777" w:rsidR="00F42F38" w:rsidRPr="008E14A2" w:rsidRDefault="00000000">
            <w:r w:rsidRPr="008E14A2">
              <w:br/>
            </w:r>
            <w:r w:rsidRPr="008E14A2">
              <w:br/>
            </w:r>
          </w:p>
        </w:tc>
      </w:tr>
    </w:tbl>
    <w:p w14:paraId="7D286659" w14:textId="77777777" w:rsidR="00F42F38" w:rsidRPr="008E14A2" w:rsidRDefault="00F42F38"/>
    <w:p w14:paraId="11EB5DF2" w14:textId="77777777" w:rsidR="00F42F38" w:rsidRPr="008E14A2" w:rsidRDefault="00000000">
      <w:r w:rsidRPr="008E14A2">
        <w:rPr>
          <w:b/>
          <w:sz w:val="24"/>
        </w:rPr>
        <w:t>5. Orientações para envio e conferência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72"/>
      </w:tblGrid>
      <w:tr w:rsidR="00F42F38" w:rsidRPr="008E14A2" w14:paraId="5CC352C4" w14:textId="77777777">
        <w:trPr>
          <w:jc w:val="center"/>
        </w:trPr>
        <w:tc>
          <w:tcPr>
            <w:tcW w:w="9972" w:type="dxa"/>
            <w:shd w:val="clear" w:color="auto" w:fill="F7F9FB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18FB828" w14:textId="77777777" w:rsidR="008E14A2" w:rsidRPr="008E14A2" w:rsidRDefault="008E14A2" w:rsidP="008E14A2">
            <w:pPr>
              <w:numPr>
                <w:ilvl w:val="0"/>
                <w:numId w:val="10"/>
              </w:numPr>
              <w:spacing w:after="80"/>
              <w:rPr>
                <w:lang w:val="pt-BR"/>
              </w:rPr>
            </w:pPr>
            <w:r w:rsidRPr="008E14A2">
              <w:rPr>
                <w:lang w:val="pt-BR"/>
              </w:rPr>
              <w:t xml:space="preserve">As </w:t>
            </w:r>
            <w:r w:rsidRPr="008E14A2">
              <w:rPr>
                <w:b/>
                <w:bCs/>
                <w:lang w:val="pt-BR"/>
              </w:rPr>
              <w:t>disciplinas ofertadas podem ser consultadas</w:t>
            </w:r>
            <w:r w:rsidRPr="008E14A2">
              <w:rPr>
                <w:lang w:val="pt-BR"/>
              </w:rPr>
              <w:t xml:space="preserve"> no site do PPGEP/UFF Niterói: </w:t>
            </w:r>
            <w:hyperlink r:id="rId7" w:history="1">
              <w:r w:rsidRPr="008E14A2">
                <w:rPr>
                  <w:rStyle w:val="Hyperlink"/>
                  <w:color w:val="auto"/>
                  <w:lang w:val="pt-BR"/>
                </w:rPr>
                <w:t>https://tpp-uff.com.br/quadro-de-horarios/</w:t>
              </w:r>
            </w:hyperlink>
          </w:p>
          <w:p w14:paraId="71989EC2" w14:textId="77777777" w:rsidR="008E14A2" w:rsidRPr="008E14A2" w:rsidRDefault="008E14A2" w:rsidP="008E14A2">
            <w:pPr>
              <w:numPr>
                <w:ilvl w:val="0"/>
                <w:numId w:val="10"/>
              </w:numPr>
              <w:spacing w:after="80"/>
              <w:rPr>
                <w:lang w:val="pt-BR"/>
              </w:rPr>
            </w:pPr>
            <w:r w:rsidRPr="008E14A2">
              <w:rPr>
                <w:lang w:val="pt-BR"/>
              </w:rPr>
              <w:t xml:space="preserve">O formulário deve indicar, de forma clara, as </w:t>
            </w:r>
            <w:r w:rsidRPr="008E14A2">
              <w:rPr>
                <w:b/>
                <w:bCs/>
                <w:lang w:val="pt-BR"/>
              </w:rPr>
              <w:t>disciplinas a serem incluídas e/ou excluídas</w:t>
            </w:r>
            <w:r w:rsidRPr="008E14A2">
              <w:rPr>
                <w:lang w:val="pt-BR"/>
              </w:rPr>
              <w:t>.</w:t>
            </w:r>
          </w:p>
          <w:p w14:paraId="070F7C94" w14:textId="77777777" w:rsidR="008E14A2" w:rsidRPr="008E14A2" w:rsidRDefault="008E14A2" w:rsidP="008E14A2">
            <w:pPr>
              <w:numPr>
                <w:ilvl w:val="0"/>
                <w:numId w:val="10"/>
              </w:numPr>
              <w:spacing w:after="80"/>
              <w:rPr>
                <w:lang w:val="pt-BR"/>
              </w:rPr>
            </w:pPr>
            <w:r w:rsidRPr="008E14A2">
              <w:rPr>
                <w:lang w:val="pt-BR"/>
              </w:rPr>
              <w:t xml:space="preserve">O(A) </w:t>
            </w:r>
            <w:r w:rsidRPr="008E14A2">
              <w:rPr>
                <w:b/>
                <w:bCs/>
                <w:lang w:val="pt-BR"/>
              </w:rPr>
              <w:t xml:space="preserve">orientador(a) deve estar ciente </w:t>
            </w:r>
            <w:r w:rsidRPr="008E14A2">
              <w:rPr>
                <w:lang w:val="pt-BR"/>
              </w:rPr>
              <w:t>da solicitação, concordar com o pedido e assinar o formulário.</w:t>
            </w:r>
          </w:p>
          <w:p w14:paraId="782AF63B" w14:textId="77777777" w:rsidR="008E14A2" w:rsidRPr="008E14A2" w:rsidRDefault="008E14A2" w:rsidP="008E14A2">
            <w:pPr>
              <w:numPr>
                <w:ilvl w:val="0"/>
                <w:numId w:val="10"/>
              </w:numPr>
              <w:spacing w:after="80"/>
              <w:rPr>
                <w:lang w:val="pt-BR"/>
              </w:rPr>
            </w:pPr>
            <w:r w:rsidRPr="008E14A2">
              <w:rPr>
                <w:lang w:val="pt-BR"/>
              </w:rPr>
              <w:t xml:space="preserve">O formulário deverá ser enviado por e-mail à Secretaria do PPGEP/UFF Niterói, pelo endereço </w:t>
            </w:r>
            <w:hyperlink r:id="rId8" w:history="1">
              <w:r w:rsidRPr="008E14A2">
                <w:rPr>
                  <w:rStyle w:val="Hyperlink"/>
                  <w:color w:val="auto"/>
                  <w:lang w:val="pt-BR"/>
                </w:rPr>
                <w:t>tpp.tce@id.uff.br</w:t>
              </w:r>
            </w:hyperlink>
            <w:r w:rsidRPr="008E14A2">
              <w:rPr>
                <w:lang w:val="pt-BR"/>
              </w:rPr>
              <w:t xml:space="preserve">, com o seguinte assunto: </w:t>
            </w:r>
            <w:r w:rsidRPr="008E14A2">
              <w:rPr>
                <w:b/>
                <w:bCs/>
                <w:lang w:val="pt-BR"/>
              </w:rPr>
              <w:t>“Formulário de Alteração de Grade – NOME COMPLETO DO(A) ALUNO(A)”</w:t>
            </w:r>
            <w:r w:rsidRPr="008E14A2">
              <w:rPr>
                <w:lang w:val="pt-BR"/>
              </w:rPr>
              <w:t>.</w:t>
            </w:r>
          </w:p>
          <w:p w14:paraId="233525AE" w14:textId="77777777" w:rsidR="008E14A2" w:rsidRPr="008E14A2" w:rsidRDefault="008E14A2" w:rsidP="008E14A2">
            <w:pPr>
              <w:numPr>
                <w:ilvl w:val="0"/>
                <w:numId w:val="10"/>
              </w:numPr>
              <w:spacing w:after="80"/>
              <w:rPr>
                <w:lang w:val="pt-BR"/>
              </w:rPr>
            </w:pPr>
            <w:r w:rsidRPr="008E14A2">
              <w:rPr>
                <w:lang w:val="pt-BR"/>
              </w:rPr>
              <w:t xml:space="preserve">A Secretaria realizará a alteração manualmente, observando a </w:t>
            </w:r>
            <w:r w:rsidRPr="008E14A2">
              <w:rPr>
                <w:b/>
                <w:bCs/>
                <w:lang w:val="pt-BR"/>
              </w:rPr>
              <w:t>disponibilidade de vagas</w:t>
            </w:r>
            <w:r w:rsidRPr="008E14A2">
              <w:rPr>
                <w:lang w:val="pt-BR"/>
              </w:rPr>
              <w:t>, a assinatura do(a) orientador(a) e a consistência da solicitação.</w:t>
            </w:r>
          </w:p>
          <w:p w14:paraId="48F33B95" w14:textId="77777777" w:rsidR="008E14A2" w:rsidRPr="008E14A2" w:rsidRDefault="008E14A2" w:rsidP="008E14A2">
            <w:pPr>
              <w:numPr>
                <w:ilvl w:val="0"/>
                <w:numId w:val="10"/>
              </w:numPr>
              <w:spacing w:after="80"/>
              <w:rPr>
                <w:lang w:val="pt-BR"/>
              </w:rPr>
            </w:pPr>
            <w:r w:rsidRPr="008E14A2">
              <w:rPr>
                <w:lang w:val="pt-BR"/>
              </w:rPr>
              <w:t xml:space="preserve">Após o processamento, que ocorrerá em até três dias após o término do prazo de inscrição, o(a) aluno(a) deverá </w:t>
            </w:r>
            <w:r w:rsidRPr="008E14A2">
              <w:rPr>
                <w:b/>
                <w:bCs/>
                <w:lang w:val="pt-BR"/>
              </w:rPr>
              <w:t>conferir sua grade no sistema SIPOS</w:t>
            </w:r>
            <w:r w:rsidRPr="008E14A2">
              <w:rPr>
                <w:lang w:val="pt-BR"/>
              </w:rPr>
              <w:t>.</w:t>
            </w:r>
          </w:p>
          <w:p w14:paraId="3641A5E3" w14:textId="77777777" w:rsidR="008E14A2" w:rsidRPr="008E14A2" w:rsidRDefault="008E14A2" w:rsidP="008E14A2">
            <w:pPr>
              <w:numPr>
                <w:ilvl w:val="0"/>
                <w:numId w:val="10"/>
              </w:numPr>
              <w:spacing w:after="80"/>
              <w:rPr>
                <w:lang w:val="pt-BR"/>
              </w:rPr>
            </w:pPr>
            <w:r w:rsidRPr="008E14A2">
              <w:rPr>
                <w:lang w:val="pt-BR"/>
              </w:rPr>
              <w:t xml:space="preserve">A inclusão e a exclusão de disciplinas são permitidas </w:t>
            </w:r>
            <w:r w:rsidRPr="008E14A2">
              <w:rPr>
                <w:b/>
                <w:bCs/>
                <w:lang w:val="pt-BR"/>
              </w:rPr>
              <w:t>somente aos(às) alunos(as) regulares</w:t>
            </w:r>
            <w:r w:rsidRPr="008E14A2">
              <w:rPr>
                <w:lang w:val="pt-BR"/>
              </w:rPr>
              <w:t>.</w:t>
            </w:r>
          </w:p>
          <w:p w14:paraId="7C36C8D3" w14:textId="2D42C489" w:rsidR="008E14A2" w:rsidRPr="008E14A2" w:rsidRDefault="008E14A2">
            <w:pPr>
              <w:spacing w:after="80"/>
              <w:ind w:left="170" w:hanging="170"/>
              <w:rPr>
                <w:lang w:val="pt-BR"/>
              </w:rPr>
            </w:pPr>
          </w:p>
        </w:tc>
      </w:tr>
    </w:tbl>
    <w:p w14:paraId="4C4B1CD1" w14:textId="77777777" w:rsidR="007C31C0" w:rsidRPr="008E14A2" w:rsidRDefault="007C31C0"/>
    <w:p w14:paraId="2389A185" w14:textId="684B6A6B" w:rsidR="00D75367" w:rsidRPr="008E14A2" w:rsidRDefault="00D75367"/>
    <w:sectPr w:rsidR="00D75367" w:rsidRPr="008E14A2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5324B4"/>
    <w:multiLevelType w:val="multilevel"/>
    <w:tmpl w:val="855E0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69283078">
    <w:abstractNumId w:val="8"/>
  </w:num>
  <w:num w:numId="2" w16cid:durableId="1372458552">
    <w:abstractNumId w:val="6"/>
  </w:num>
  <w:num w:numId="3" w16cid:durableId="1437866051">
    <w:abstractNumId w:val="5"/>
  </w:num>
  <w:num w:numId="4" w16cid:durableId="1142775263">
    <w:abstractNumId w:val="4"/>
  </w:num>
  <w:num w:numId="5" w16cid:durableId="2134715666">
    <w:abstractNumId w:val="7"/>
  </w:num>
  <w:num w:numId="6" w16cid:durableId="49498702">
    <w:abstractNumId w:val="3"/>
  </w:num>
  <w:num w:numId="7" w16cid:durableId="538737342">
    <w:abstractNumId w:val="2"/>
  </w:num>
  <w:num w:numId="8" w16cid:durableId="1143228592">
    <w:abstractNumId w:val="1"/>
  </w:num>
  <w:num w:numId="9" w16cid:durableId="1983845420">
    <w:abstractNumId w:val="0"/>
  </w:num>
  <w:num w:numId="10" w16cid:durableId="6697183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F20DF"/>
    <w:rsid w:val="007C31C0"/>
    <w:rsid w:val="00865AB2"/>
    <w:rsid w:val="008E14A2"/>
    <w:rsid w:val="00AA1D8D"/>
    <w:rsid w:val="00B47730"/>
    <w:rsid w:val="00BD385A"/>
    <w:rsid w:val="00C4426B"/>
    <w:rsid w:val="00CB0664"/>
    <w:rsid w:val="00D75367"/>
    <w:rsid w:val="00F42F3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CF7E7B"/>
  <w14:defaultImageDpi w14:val="300"/>
  <w15:docId w15:val="{EA084C49-4FD6-4B03-9145-713199676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Fontepargpadro"/>
    <w:uiPriority w:val="99"/>
    <w:unhideWhenUsed/>
    <w:rsid w:val="00D7536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753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pp.tce@id.uff.br" TargetMode="External"/><Relationship Id="rId3" Type="http://schemas.openxmlformats.org/officeDocument/2006/relationships/styles" Target="styles.xml"/><Relationship Id="rId7" Type="http://schemas.openxmlformats.org/officeDocument/2006/relationships/hyperlink" Target="https://tpp-uff.com.br/quadro-de-horario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pp-uff.com.br/calendarios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279</Words>
  <Characters>1508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robisom calado</cp:lastModifiedBy>
  <cp:revision>2</cp:revision>
  <dcterms:created xsi:type="dcterms:W3CDTF">2026-08-06T22:32:00Z</dcterms:created>
  <dcterms:modified xsi:type="dcterms:W3CDTF">2026-08-06T22:32:00Z</dcterms:modified>
  <cp:category/>
</cp:coreProperties>
</file>